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A19A1" w14:textId="77777777" w:rsidR="00A83F3E" w:rsidRPr="00A83F3E" w:rsidRDefault="00A83F3E" w:rsidP="00A83F3E">
      <w:pPr>
        <w:jc w:val="center"/>
        <w:rPr>
          <w:b/>
          <w:bCs/>
          <w:lang w:val="pt-BR"/>
        </w:rPr>
      </w:pPr>
      <w:r w:rsidRPr="00A83F3E">
        <w:rPr>
          <w:b/>
          <w:bCs/>
          <w:lang w:val="pt-BR"/>
        </w:rPr>
        <w:t>Modelo de Petição – Requerimento de Depoimento Especial</w:t>
      </w:r>
    </w:p>
    <w:p w14:paraId="0F822535" w14:textId="77777777" w:rsidR="00A83F3E" w:rsidRDefault="00A83F3E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6817B568" w14:textId="711A0D6E" w:rsidR="00E94943" w:rsidRPr="004F47AD" w:rsidRDefault="00317AB6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EXCELENTÍSSIMO(A) SENHOR(A) JUIZ(A) DE DIREITO DA VARA CRIMINAL DA COMARCA DE [CIDADE/UF]</w:t>
      </w:r>
    </w:p>
    <w:p w14:paraId="37FA13C1" w14:textId="77777777" w:rsidR="001816A9" w:rsidRDefault="001816A9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70974A51" w14:textId="00AE40D6" w:rsidR="00E94943" w:rsidRPr="004F47AD" w:rsidRDefault="00317AB6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br/>
        <w:t>Processo nº: [número do processo]</w:t>
      </w:r>
    </w:p>
    <w:p w14:paraId="770B0912" w14:textId="77777777" w:rsidR="00E94943" w:rsidRPr="004F47AD" w:rsidRDefault="00317AB6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Acusado: [Nome do acusado]</w:t>
      </w:r>
    </w:p>
    <w:p w14:paraId="7D67FD48" w14:textId="77777777" w:rsidR="00E94943" w:rsidRPr="004F47AD" w:rsidRDefault="00317AB6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Vítima: J.M.A. (menor de idade)</w:t>
      </w:r>
    </w:p>
    <w:p w14:paraId="6D214818" w14:textId="77777777" w:rsidR="001816A9" w:rsidRPr="004F47AD" w:rsidRDefault="001816A9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4F1695D3" w14:textId="77777777" w:rsidR="00D52B55" w:rsidRPr="004F47AD" w:rsidRDefault="00D52B55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154353C4" w14:textId="282672FD" w:rsidR="00D52B55" w:rsidRPr="004F47AD" w:rsidRDefault="00D52B55" w:rsidP="00A83F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ASSUNTO: </w:t>
      </w:r>
      <w:r w:rsidRPr="004F47AD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Requer realização de depoimento especial da criança/adolescente, nos termos da </w:t>
      </w:r>
      <w:r w:rsidR="004F47AD" w:rsidRPr="004F47AD">
        <w:rPr>
          <w:rFonts w:ascii="Times New Roman" w:hAnsi="Times New Roman" w:cs="Times New Roman"/>
          <w:i/>
          <w:iCs/>
          <w:sz w:val="24"/>
          <w:szCs w:val="24"/>
          <w:lang w:val="pt-BR"/>
        </w:rPr>
        <w:t>l</w:t>
      </w:r>
      <w:r w:rsidRPr="004F47AD">
        <w:rPr>
          <w:rFonts w:ascii="Times New Roman" w:hAnsi="Times New Roman" w:cs="Times New Roman"/>
          <w:i/>
          <w:iCs/>
          <w:sz w:val="24"/>
          <w:szCs w:val="24"/>
          <w:lang w:val="pt-BR"/>
        </w:rPr>
        <w:t>ei nº 13.431/2017 e Resolução CNJ nº 299/2019</w:t>
      </w:r>
    </w:p>
    <w:p w14:paraId="7E51C697" w14:textId="77777777" w:rsidR="004F47AD" w:rsidRDefault="004F47AD" w:rsidP="00A83F3E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7B1D50F1" w14:textId="77777777" w:rsidR="004F47AD" w:rsidRPr="004F47AD" w:rsidRDefault="004F47AD" w:rsidP="00A83F3E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196CBC34" w14:textId="7BB232BF" w:rsidR="00E94943" w:rsidRPr="004F47AD" w:rsidRDefault="00317AB6" w:rsidP="00A83F3E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[NOME DO ADVOGADO], advogado regularmente inscrito na OAB/[UF] sob o nº [número], com escritório </w:t>
      </w: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profissional situado na [endereço], onde recebe intimações, nos autos da ação penal em epígrafe, vem, respeitosamente, à presença de Vossa Excelência, com fundamento na Lei nº 13.431/2017 e na Resolução CNJ nº 299/2019, requerer a</w:t>
      </w:r>
      <w:r w:rsidR="00D52B55"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 </w:t>
      </w:r>
      <w:r w:rsidR="00D52B55" w:rsidRPr="004F47A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  <w:t>realização de depoimento especial da suposta vítima</w:t>
      </w:r>
      <w:r w:rsidR="00D52B55"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, conforme fundamentos a seguir expostos.</w:t>
      </w:r>
    </w:p>
    <w:p w14:paraId="6A05265A" w14:textId="77777777" w:rsidR="00D52B55" w:rsidRPr="004F47AD" w:rsidRDefault="00D52B55" w:rsidP="00A83F3E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4532C38A" w14:textId="3806B74F" w:rsidR="00D52B55" w:rsidRPr="004F47AD" w:rsidRDefault="00D52B55" w:rsidP="00A83F3E">
      <w:pPr>
        <w:pStyle w:val="Pargrafoda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  <w:t xml:space="preserve">DOS FATOS </w:t>
      </w:r>
    </w:p>
    <w:p w14:paraId="4AD6ABB7" w14:textId="77777777" w:rsidR="001816A9" w:rsidRPr="004F47AD" w:rsidRDefault="001816A9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5D0EAEAA" w14:textId="77777777" w:rsidR="004F47AD" w:rsidRPr="004F47AD" w:rsidRDefault="004F47AD" w:rsidP="00A83F3E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sz w:val="24"/>
          <w:szCs w:val="24"/>
          <w:lang w:val="pt-BR"/>
        </w:rPr>
        <w:t>O acusado responde à presente ação penal por suposto cometimento de crime contra a dignidade sexual, tendo como vítima a menor [iniciais], com idade de ___ anos à época dos fatos.</w:t>
      </w:r>
    </w:p>
    <w:p w14:paraId="053C12FF" w14:textId="6C142CFC" w:rsidR="004F47AD" w:rsidRPr="004F47AD" w:rsidRDefault="004F47AD" w:rsidP="00A83F3E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sz w:val="24"/>
          <w:szCs w:val="24"/>
          <w:lang w:val="pt-BR"/>
        </w:rPr>
        <w:t>Considerando a condição etária da vítima e a natureza da imputação, é imprescindível a adoção de procedimento técnico e adequado para sua oitiva, de modo a garantir a proteção da criança/adolescente, ao mesmo tempo em que se assegura o exercício do contraditório e da ampla defesa.</w:t>
      </w:r>
    </w:p>
    <w:p w14:paraId="715C15A2" w14:textId="48AD2FCF" w:rsidR="004F47AD" w:rsidRPr="004F47AD" w:rsidRDefault="004F47AD" w:rsidP="00A83F3E">
      <w:pPr>
        <w:pStyle w:val="Pargrafoda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  <w:lastRenderedPageBreak/>
        <w:t>DO DIREITO</w:t>
      </w:r>
    </w:p>
    <w:p w14:paraId="23F1E0E0" w14:textId="77777777" w:rsidR="004F47AD" w:rsidRPr="004F47AD" w:rsidRDefault="004F47AD" w:rsidP="00A83F3E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7EB3FB13" w14:textId="68856626" w:rsidR="00E94943" w:rsidRPr="004F47AD" w:rsidRDefault="00317AB6" w:rsidP="00A83F3E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Considerando que a legislação vigente determina que o depoimento de crianças e adolescentes vítimas ou testemunhas de violência seja realizado de forma protegida, por meio do procedimento de </w:t>
      </w:r>
      <w:r w:rsidRPr="004F47A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  <w:t xml:space="preserve">depoimento </w:t>
      </w:r>
      <w:r w:rsidRPr="004F47A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  <w:t>especial</w:t>
      </w: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, com acompanhamento de profissional </w:t>
      </w:r>
      <w:r w:rsidR="004F47AD"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especializado</w:t>
      </w: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, em ambiente adequado e com registro audiovisual, requer-se o cumprimento das normas mencionadas para assegurar a integridade psíquica da menor, bem como a validade processual da prova</w:t>
      </w:r>
      <w:r w:rsidR="004F47AD"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, resguardando, assim, o devido processo legal. </w:t>
      </w:r>
    </w:p>
    <w:p w14:paraId="7B315C34" w14:textId="77777777" w:rsidR="004F47AD" w:rsidRPr="004F47AD" w:rsidRDefault="004F47AD" w:rsidP="00A83F3E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192AD22D" w14:textId="4664E1F2" w:rsidR="004F47AD" w:rsidRPr="004F47AD" w:rsidRDefault="004F47AD" w:rsidP="00A83F3E">
      <w:pPr>
        <w:pStyle w:val="Pargrafoda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  <w:t>DO PEDIDO</w:t>
      </w:r>
    </w:p>
    <w:p w14:paraId="74BE8BDF" w14:textId="77777777" w:rsidR="004F47AD" w:rsidRPr="004F47AD" w:rsidRDefault="004F47AD" w:rsidP="00A83F3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</w:pPr>
    </w:p>
    <w:p w14:paraId="30C809E9" w14:textId="77777777" w:rsidR="004F47AD" w:rsidRPr="004F47AD" w:rsidRDefault="004F47AD" w:rsidP="00A83F3E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  <w:t xml:space="preserve">Diante do exposto, requer-se: </w:t>
      </w:r>
    </w:p>
    <w:p w14:paraId="148FBB22" w14:textId="77777777" w:rsidR="004F47AD" w:rsidRPr="004F47AD" w:rsidRDefault="004F47AD" w:rsidP="00A83F3E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BR"/>
        </w:rPr>
      </w:pPr>
    </w:p>
    <w:p w14:paraId="4C49D87C" w14:textId="043594C8" w:rsidR="001816A9" w:rsidRPr="004F47AD" w:rsidRDefault="00317AB6" w:rsidP="00A83F3E">
      <w:pPr>
        <w:pStyle w:val="PargrafodaLista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A designação de data para realização do depoimento especial da menor J.M.A., nos termos da Lei nº 13.431/2017 e da Resolução CNJ nº 299/2019;</w:t>
      </w:r>
    </w:p>
    <w:p w14:paraId="670E541F" w14:textId="3F6827F1" w:rsidR="001816A9" w:rsidRPr="004F47AD" w:rsidRDefault="00317AB6" w:rsidP="00A83F3E">
      <w:pPr>
        <w:pStyle w:val="PargrafodaLista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2. A nomeação de profissional </w:t>
      </w:r>
      <w:r w:rsidR="004F47AD"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capacitado</w:t>
      </w: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 para conduzir a entrevist</w:t>
      </w:r>
      <w:r w:rsidR="004F47AD"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a; </w:t>
      </w:r>
    </w:p>
    <w:p w14:paraId="599575F7" w14:textId="2BBE1DB4" w:rsidR="001816A9" w:rsidRPr="004F47AD" w:rsidRDefault="00317AB6" w:rsidP="00A83F3E">
      <w:pPr>
        <w:pStyle w:val="PargrafodaLista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A intimação das partes para apresentarem, caso queiram, perguntas a serem encaminhadas ao entrevistador;</w:t>
      </w:r>
    </w:p>
    <w:p w14:paraId="4C9E096A" w14:textId="77777777" w:rsidR="001816A9" w:rsidRPr="004F47AD" w:rsidRDefault="00317AB6" w:rsidP="00A83F3E">
      <w:pPr>
        <w:pStyle w:val="PargrafodaLista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4. A garantia de gravação audiovisual do ato e posterior disponibilização às partes.</w:t>
      </w:r>
    </w:p>
    <w:p w14:paraId="0646435B" w14:textId="77777777" w:rsidR="004F47AD" w:rsidRPr="004F47AD" w:rsidRDefault="004F47AD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271806EF" w14:textId="77777777" w:rsidR="004F47AD" w:rsidRPr="004F47AD" w:rsidRDefault="004F47AD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</w:p>
    <w:p w14:paraId="3F7EE52A" w14:textId="169FE0D1" w:rsidR="001816A9" w:rsidRPr="004F47AD" w:rsidRDefault="00317AB6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Nesses termos,</w:t>
      </w:r>
      <w:r w:rsidR="001816A9"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 pe</w:t>
      </w: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de deferimento.</w:t>
      </w:r>
    </w:p>
    <w:p w14:paraId="1C52BF0C" w14:textId="77777777" w:rsidR="001816A9" w:rsidRPr="004F47AD" w:rsidRDefault="00317AB6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br/>
        <w:t>[Cidade], [data].</w:t>
      </w:r>
    </w:p>
    <w:p w14:paraId="74191101" w14:textId="30D7A93F" w:rsidR="001816A9" w:rsidRPr="004F47AD" w:rsidRDefault="00317AB6" w:rsidP="00A83F3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br/>
      </w:r>
    </w:p>
    <w:p w14:paraId="0CF13AA7" w14:textId="18D2D783" w:rsidR="001816A9" w:rsidRPr="004F47AD" w:rsidRDefault="00317AB6" w:rsidP="00A83F3E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[NOME DO ADVOGADO]</w:t>
      </w:r>
    </w:p>
    <w:p w14:paraId="4F1BBE64" w14:textId="7E2EDE9B" w:rsidR="004F47AD" w:rsidRPr="004F47AD" w:rsidRDefault="00317AB6" w:rsidP="00A83F3E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4F47AD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OAB/[UF] nº [número]</w:t>
      </w:r>
    </w:p>
    <w:sectPr w:rsidR="004F47AD" w:rsidRPr="004F47A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FC26CF4"/>
    <w:multiLevelType w:val="hybridMultilevel"/>
    <w:tmpl w:val="3E745640"/>
    <w:lvl w:ilvl="0" w:tplc="220215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00C0281"/>
    <w:multiLevelType w:val="hybridMultilevel"/>
    <w:tmpl w:val="68804E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0917156">
    <w:abstractNumId w:val="8"/>
  </w:num>
  <w:num w:numId="2" w16cid:durableId="478419243">
    <w:abstractNumId w:val="6"/>
  </w:num>
  <w:num w:numId="3" w16cid:durableId="328754107">
    <w:abstractNumId w:val="5"/>
  </w:num>
  <w:num w:numId="4" w16cid:durableId="1018628752">
    <w:abstractNumId w:val="4"/>
  </w:num>
  <w:num w:numId="5" w16cid:durableId="402409858">
    <w:abstractNumId w:val="7"/>
  </w:num>
  <w:num w:numId="6" w16cid:durableId="843858389">
    <w:abstractNumId w:val="3"/>
  </w:num>
  <w:num w:numId="7" w16cid:durableId="1979139823">
    <w:abstractNumId w:val="2"/>
  </w:num>
  <w:num w:numId="8" w16cid:durableId="519395845">
    <w:abstractNumId w:val="1"/>
  </w:num>
  <w:num w:numId="9" w16cid:durableId="892272802">
    <w:abstractNumId w:val="0"/>
  </w:num>
  <w:num w:numId="10" w16cid:durableId="550268566">
    <w:abstractNumId w:val="10"/>
  </w:num>
  <w:num w:numId="11" w16cid:durableId="188979946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816A9"/>
    <w:rsid w:val="001A7A8B"/>
    <w:rsid w:val="0029639D"/>
    <w:rsid w:val="00326F90"/>
    <w:rsid w:val="004F47AD"/>
    <w:rsid w:val="009E2340"/>
    <w:rsid w:val="00A83F3E"/>
    <w:rsid w:val="00AA1D8D"/>
    <w:rsid w:val="00B47730"/>
    <w:rsid w:val="00CB0664"/>
    <w:rsid w:val="00CB0C02"/>
    <w:rsid w:val="00D52B55"/>
    <w:rsid w:val="00E9494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CF0D3C"/>
  <w14:defaultImageDpi w14:val="300"/>
  <w15:docId w15:val="{68DC4A8D-D840-4982-921C-F14698712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1962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2321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daniel prudente</cp:lastModifiedBy>
  <cp:revision>2</cp:revision>
  <dcterms:created xsi:type="dcterms:W3CDTF">2025-04-16T14:53:00Z</dcterms:created>
  <dcterms:modified xsi:type="dcterms:W3CDTF">2025-04-16T14:53:00Z</dcterms:modified>
  <cp:category/>
</cp:coreProperties>
</file>